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222222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44"/>
          <w:u w:val="none"/>
          <w:rtl/>
          <w:bCs/>
          <w:szCs w:val="44"/>
        </w:rPr>
        <w:t>🔍 דרכי זיהוי: חלקי הדיבור (שחור־לבן)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דף עזר צבעוני + תרגול: שם עצם, שם תואר, פועל ועוד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דף עזר לשון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(כיתות ג׳–ד׳) | רמה מתקדמת (כיתות ה׳–ו׳) | רמה מותאמת – עולים וחנ״מ (כיתות ב׳–ג׳ · עולים · חנ״מ)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זיהוי חלקי הדיבור בעזרת בדיקות קבועות • נימוק הזיהוי • זיהוי בתוך משפט • שימוש בדף עזר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לשון • מיון • נימוק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משחק: המורה אומר/ת מילה – התלמידים קמים לפועל, מצביעים לשם עצם, מוחאים לשם תואר.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דף הזיהוי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קריאה משותפת של הכרטיסים.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תרגול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חלקים ב׳–ג׳.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רמה רגילה · כיתות ג׳–ד׳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שם עצם: כלב, בית, עוגה | שם תואר: ירוק, שמח, חכמה | פועל: רצה, כותבים, אכל | מילת יחס: על, עם, ליד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1: קפצה; ילדה, בריכה; קטנה | 2: אוהב, לקרוא; ספרים; מעניינים | 3: נבח; כלב (וגם קול); לבן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שולחן – אפשר להוסיף ה׳ (השולחן) ולספור (שני שולחנות); כתב – אפשר לשנות זמן (כותב, יכתוב), שורש כ־ת־ב.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פעלים: רץ, קופץ; שמות עצם: ספר, עץ; שמות תואר: גדול, יפה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רמה מתקדמת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מהר – תואר הפועל (איך רץ?); הם – שם גוף (במקום שם עצם); אבל – מילת קישור (ניגוד); עליו – מילת יחס בנטייה (על + הוא)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שם תואר: "ילד שמח שיחק בחצר"; פועל: "הוא שמח לראות אותנו" (עבר: שמח, עתיד: ישמח).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שלי, שלך, שלו/שלה, שלנו, שלכם/שלכן, שלהם/שלהן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2. יחס, 4. תואר | מאונך: 1. קישור, 3. גוף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רמה מותאמת – עולים וחנ״מ · כיתות ב׳–ג׳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שם עצם: כלב, בית; פועל: רץ, אוכל; שם תואר: אדום, שמח (הערה: "אוכל" יכול להיות גם שם עצם – לקבל שתי התשובות)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אדום; גדול; קטנה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יש גרסה צבעונית וגרסה בשחור־לבן (לצילום חסכוני).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הצבעים קבועים לאורך השנה: אדום – שם עצם, ירוק – שם תואר, כחול – פועל, כתום – מילת יחס.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מילים כמו "אוכל", "שמח" יכולות להיות בשני תפקידים – לקבל כל תשובה מנומקת.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48"/>
          <w:u w:val="none"/>
          <w:rtl/>
          <w:bCs/>
          <w:szCs w:val="48"/>
        </w:rPr>
        <w:t>🔍 דרכי זיהוי: חלקי הדיבור (שחור־לבן)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דף עזר צבעוני + תרגול: שם עצם, שם תואר, פועל ועוד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כיתות ג׳–ד׳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א׳ – דף הזיהוי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דף עזר: מה זה, איזו שאלה שואלים, ואיך בודקים. שמרו אותו בקלסר!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חלק הדיבור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 זה?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שאלה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דרכי זיהוי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דוגמאות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🍎 שם עצם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שם של אדם, חיה, דבר, מקום או רעיון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מי? מה?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אפשר להוסיף ה׳ הידיעה: ספר ← הספר • אפשר לספור: ספר אחד, שני ספרים • אפשר לומר "יש לי </w:t>
            </w: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 xml:space="preserve">_" / "זה 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_"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ילד, כלב, שולחן, ירושלים, שמחה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🎨 שם תואר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שם עצם – איך הוא נראה או מה תכונתו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איזה? איזו? אילו?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בא אחרי שם העצם ומתאים לו במין ובמספר: ילד גבוה, ילדות גבוהות • אפשר להוסיף "מאוד": גבוה מאוד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גדול, אדום, חכם, שמח, מהיר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🏃 פועל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פעולה או מצב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 עושה? מה עשה? מה יעשה?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לשנות את הזמן: אתמול רץ, עכשיו רץ, מחר ירוץ • יש לו שורש: ר־ו־ץ, כ־ת־ב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כותב, שיחקה, נלך, אוהבים, ישן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🔗 מילת יחס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קטנה שמקשרת בין מילים ומראה יחס (מקום, כיוון, שייכות)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—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להוסיף לה כינוי: ל ← לי, לך, לו; על ← עליי, עליו • לפעמים היא אות אחת שמחוברת למילה: בבית, לים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ב, ל, מ, על, אל, עם, את, של, ליד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➕ מילת קישור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שמחברת בין מילים או בין משפטים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—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בלעדיה המשפטים "נופלים": ירד גשם ולכן לקחתי מטרייה • סוגים: הוספה (ו, גם), ניגוד (אבל), סיבה (כי), תוצאה (לכן)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ו, אבל, כי, לכן, או, גם, אם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ב׳ – מתרגלים זיהוי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השתמשו בדרכי הזיהוי.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מיינו את המילים לפי חלקי הדיבור.  [מיון]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רצה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שמח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חכמה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ירוק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ליד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אכל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כלב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על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כותבים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עוגה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בית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שם עצם</w:t>
            </w:r>
          </w:p>
        </w:tc>
        <w:tc>
          <w:tcPr>
            <w:tcW w:type="dxa" w:w="255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שם תואר</w:t>
            </w:r>
          </w:p>
        </w:tc>
        <w:tc>
          <w:tcPr>
            <w:tcW w:type="dxa" w:w="255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פועל</w:t>
            </w:r>
          </w:p>
        </w:tc>
        <w:tc>
          <w:tcPr>
            <w:tcW w:type="dxa" w:w="255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מילת יחס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בכל משפט: מתחו קו מתחת לפועל, הקיפו את שם העצם וסמנו ✓ מעל שם התואר.  [זיהוי במשפט]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255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פועל</w:t>
            </w:r>
          </w:p>
        </w:tc>
        <w:tc>
          <w:tcPr>
            <w:tcW w:type="dxa" w:w="255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עצם</w:t>
            </w:r>
          </w:p>
        </w:tc>
        <w:tc>
          <w:tcPr>
            <w:tcW w:type="dxa" w:w="255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תואר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הילדה הקטנה קפצה מהר אל הבריכה.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אני אוהב לקרוא ספרים מעניינים.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הכלב הלבן נבח בקול.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הוכיחו בעזרת דרך זיהוי: למה "שולחן" הוא שם עצם, ו"כתב" הוא פועל?  [נימוק]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ג׳ –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משפטים משלכם.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משפט שיש בו שם עצם, שם תואר, פועל ומילת יחס. צבעו כל מילה בצבע שלה בדף הזיהוי.  [כתיבה]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מצאו בתפזורת: 2 פעלים, 2 שמות עצם ו־2 שמות תואר.  [משחק]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24"/>
          <w:u w:val="none"/>
          <w:rtl/>
          <w:bCs/>
          <w:szCs w:val="24"/>
        </w:rPr>
        <w:t>רץ   •   קופץ   •   ספר   •   עץ   •   גדול   •   יפה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ז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ת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ג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ץ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צ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ד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ץ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י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ו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ל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ב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פ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מ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ש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ס</w:t>
            </w:r>
          </w:p>
        </w:tc>
      </w:tr>
      <w:tr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א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ע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ח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ה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נ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ץ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ר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u w:val="none"/>
                <w:rtl/>
                <w:bCs/>
                <w:szCs w:val="28"/>
              </w:rPr>
              <w:t>ק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2222"/>
                <w:sz w:val="28"/>
                <w:u w:val="none"/>
                <w:rtl/>
                <w:bCs/>
                <w:szCs w:val="28"/>
              </w:rPr>
              <w:t>כרטיס יציאה 🔍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דרך זיהוי של פועל: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דרך זיהוי של שם עצם: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48"/>
          <w:u w:val="none"/>
          <w:rtl/>
          <w:bCs/>
          <w:szCs w:val="48"/>
        </w:rPr>
        <w:t>🔍 דרכי זיהוי: חלקי הדיבור (שחור־לבן)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7 חלקי דיבור, מילים מבלבלות ונטייה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א׳ – דף הזיהוי המלא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שבעה חלקי דיבור, השאלות והבדיקות.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חלק הדיבור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 זה?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שאלה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דרכי זיהוי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דוגמאות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🍎 שם עצם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שם של אדם, חיה, דבר, מקום או רעיון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מי? מה?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אפשר להוסיף ה׳ הידיעה: ספר ← הספר • אפשר לספור: ספר אחד, שני ספרים • אפשר לומר "יש לי </w:t>
            </w: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 xml:space="preserve">_" / "זה 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_"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ילד, כלב, שולחן, ירושלים, שמחה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🎨 שם תואר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שם עצם – איך הוא נראה או מה תכונתו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איזה? איזו? אילו?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בא אחרי שם העצם ומתאים לו במין ובמספר: ילד גבוה, ילדות גבוהות • אפשר להוסיף "מאוד": גבוה מאוד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גדול, אדום, חכם, שמח, מהיר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🏃 פועל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פעולה או מצב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 עושה? מה עשה? מה יעשה?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לשנות את הזמן: אתמול רץ, עכשיו רץ, מחר ירוץ • יש לו שורש: ר־ו־ץ, כ־ת־ב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כותב, שיחקה, נלך, אוהבים, ישן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🔗 מילת יחס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קטנה שמקשרת בין מילים ומראה יחס (מקום, כיוון, שייכות)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—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להוסיף לה כינוי: ל ← לי, לך, לו; על ← עליי, עליו • לפעמים היא אות אחת שמחוברת למילה: בבית, לים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ב, ל, מ, על, אל, עם, את, של, ליד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👤 שם גוף (כינוי גוף)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שבאה במקום שם של אדם או דבר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להחליף בה שם עצם: דני הלך ← הוא הלך • יש גופים: אני, אתה, את, הוא, היא, אנחנו, אתם, אתן, הם, הן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אני, את, הוא, אנחנו, הן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➕ מילת קישור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שמחברת בין מילים או בין משפטים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—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בלעדיה המשפטים "נופלים": ירד גשם ולכן לקחתי מטרייה • סוגים: הוספה (ו, גם), ניגוד (אבל), סיבה (כי), תוצאה (לכן)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ו, אבל, כי, לכן, או, גם, אם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⏱️ תואר הפועל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מילה שמתארת את הפעולה – איך, מתי או איפה היא נעשית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איך? מתי? איפה?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בא ליד הפועל: רץ מהר, הגיע אתמול • לרוב אינו משתנה לפי מין ומספר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מהר, לאט, היום, מחר, כאן, בשקט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ב׳ – זיהוי מתקדם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מילים שמבלבלות.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זהו את חלק הדיבור של המילה המודגשת ונמקו בדרך זיהוי.  [זיהוי ונימוק]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חלק הדיבור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דרך הזיהוי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הוא רץ </w:t>
            </w: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מהר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הביתה.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הם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הגיעו לטיול.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רציתי לבוא, </w:t>
            </w: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אבל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הייתי חולה.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שמתי את הספר </w:t>
            </w: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עליו</w:t>
            </w: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.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אותה מילה – שני תפקידים: "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שמח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" יכולה להיות שם תואר או פועל. כתבו משפט לכל אפשרות.  [אתגר]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נטו את מילת היחס "של" בכל הגופים שאתם מכירים.  [נטייה]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אני</w:t>
            </w:r>
          </w:p>
        </w:tc>
        <w:tc>
          <w:tcPr>
            <w:tcW w:type="dxa" w:w="170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אתה/את</w:t>
            </w:r>
          </w:p>
        </w:tc>
        <w:tc>
          <w:tcPr>
            <w:tcW w:type="dxa" w:w="170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הוא/היא</w:t>
            </w:r>
          </w:p>
        </w:tc>
        <w:tc>
          <w:tcPr>
            <w:tcW w:type="dxa" w:w="170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אנחנו</w:t>
            </w:r>
          </w:p>
        </w:tc>
        <w:tc>
          <w:tcPr>
            <w:tcW w:type="dxa" w:w="170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אתם/אתן</w:t>
            </w:r>
          </w:p>
        </w:tc>
        <w:tc>
          <w:tcPr>
            <w:tcW w:type="dxa" w:w="170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הם/הן</w:t>
            </w:r>
          </w:p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ג׳ – תשבץ חלקי הדיבור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כל ההגדרות מדף הזיהוי.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פתרו.  [משחק]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  <w:tr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  <w:tc>
          <w:tcPr>
            <w:tcW w:type="dxa" w:w="1701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מילת ___: על, עם, ליד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שם ___ מתאר שם עצם (4)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מילת ___: ו, אבל, כי (5)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שם ___: אני, הוא (3)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2222"/>
                <w:sz w:val="28"/>
                <w:u w:val="none"/>
                <w:rtl/>
                <w:bCs/>
                <w:szCs w:val="28"/>
              </w:rPr>
              <w:t>כרטיס יציאה 🔍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חלק הדיבור שהכי מבלבל אותי: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דרך הזיהוי שעוזרת 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48"/>
          <w:u w:val="none"/>
          <w:rtl/>
          <w:bCs/>
          <w:szCs w:val="48"/>
        </w:rPr>
        <w:t>🔍 דַּרְכֵי זִהוּי: חֶלְקֵי הַדִּבּוּר (שָׁחֹר־לָבָן)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שֵׁם עֶצֶם, פֹּעַל וְשֵׁם תֹּאַר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כיתות ב׳–ג׳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חֵלֶק א׳ – שָׁלוֹשׁ קְבוּצוֹת שֶׁל מִלִּים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שֵׁם עֶצֶם, פֹּעַל, שֵׁם תֹּאַר.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חֵלֶק הַדִּבּוּר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מָה זֶה?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שָׁאֲלָה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דַּרְכֵי זִהוּי</w:t>
            </w:r>
          </w:p>
        </w:tc>
        <w:tc>
          <w:tcPr>
            <w:tcW w:type="dxa" w:w="2041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דֻּגְמָאוֹת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🍎 שֵׁם עֶצֶם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שֵׁם שֶׁל אָדָם, חַיָּה, דָּבָר, מָקוֹם אוֹ רַעֲיוֹן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מִי? מָה?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 xml:space="preserve">אֶפְשָׁר לְהוֹסִיף ה' הַיְּדִיעָה: סֵפֶר ← הַסַּפָּר • אֶפְשָׁר לִסְפֹּר: סֵפֶר אֶחָד, שְׁנֵי סְפָרִים • אֶפְשָׁר לוֹמַר "יֵשׁ לִי </w:t>
            </w:r>
            <w:r>
              <w:rPr>
                <w:rFonts w:ascii="Arial" w:hAnsi="Arial" w:cs="Arial"/>
                <w:b w:val="0"/>
                <w:sz w:val="26"/>
                <w:u w:val="single"/>
                <w:rtl/>
                <w:szCs w:val="26"/>
              </w:rPr>
              <w:t xml:space="preserve">_" / "זֶה </w:t>
            </w: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_"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יֶלֶד, כֶּלֶב, שֻׁלְחָן, יְרוּשָׁלַיִם, שִׂמְחָה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🎨 שֵׁם תֹּאַר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מִלָּה שֶׁמְּתָאֶרֶת שֵׁם עֶצֶם – אֵיךְ הוּא נִרְאֶה אוֹ מָה תְּכוּנָתוֹ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אֵיזֶה? אֵיזוֹ? אֵלּוּ?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בָּא אַחֲרֵי שֵׁם הָעֶצֶם וּמַתְאִים לוֹ בְּמִין וּבְמִסְפָּר: יֶלֶד גָּבוֹהַּ, יְלָדוֹת גְּבוֹהוֹת • אֶפְשָׁר לְהוֹסִיף "מְאוֹד": גָּבוֹהַּ מְאוֹד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גָּדוֹל, אָדֹם, חָכָם, שָׂמֵחַ, מָהִיר</w:t>
            </w:r>
          </w:p>
        </w:tc>
      </w:tr>
      <w:tr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🏃 פּוֹעֵל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מִלָּה שֶׁמְּתָאֶרֶת פְּעֻלָּה אוֹ מַצָּב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מָה עוֹשֶׂה? מָה עָשָׂה? מָה יַעֲשֶׂה?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אֶפְשָׁר לְשַׁנּוֹת אֶת הַזְּמַן: אֶתְמוֹל רָץ, עַכְשָׁו רָץ, מָחָר יָרוּץ • יֵשׁ לוֹ שֹׁרֶשׁ: ר־ו־ץ, כ־ת־ב</w:t>
            </w:r>
          </w:p>
        </w:tc>
        <w:tc>
          <w:tcPr>
            <w:tcW w:type="dxa" w:w="204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כּוֹתֵב, שִׂחֲקָה, נֵלֵךְ, אוֹהֲבִים, יָשָׁן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מִיְּנוּ אֶת הַכַּרְטִיסִים: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כֶּלֶב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אֹכֶל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אָדֹם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רָץ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בַּיִת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שָׂמֵחַ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שֵׁם עֶצֶם 🍎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פּוֹעֵל 🏃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שֵׁם תֹּאַר 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הִשְׁלִימוּ שֵׁם תֹּאַר: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🔤 מַחְסַן מִלִּים:  גָּדוֹל   |   קְטַנָּה   |   אָדֹם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תַּפּוּחַ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בֵּית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יַלְדָּה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2222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פּוֹעֵל אֶחָד: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