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 w:before="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2B8A3E"/>
          <w:sz w:val="24"/>
          <w:u w:val="none"/>
          <w:rtl/>
          <w:bCs/>
          <w:szCs w:val="24"/>
        </w:rPr>
        <w:t>מהדורה למורה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B8A3E"/>
          <w:sz w:val="44"/>
          <w:u w:val="none"/>
          <w:rtl/>
          <w:bCs/>
          <w:szCs w:val="44"/>
        </w:rPr>
        <w:t>🌱 אוצר של שתילים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סיפור אוצר מילים מקורי: "הגינה על הגג" – 5 גרסאות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כיתות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כיתות א׳–ו׳ · עולים · חנ״מ</w:t>
            </w:r>
          </w:p>
        </w:tc>
      </w:tr>
      <w:tr>
        <w:tc>
          <w:tcPr>
            <w:tcW w:type="dxa" w:w="5103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סוג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סיפור ואוצר מילים</w:t>
            </w:r>
          </w:p>
        </w:tc>
      </w:tr>
      <w:tr>
        <w:tc>
          <w:tcPr>
            <w:tcW w:type="dxa" w:w="5103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רמות בחוברת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כיתות א׳–ב׳ (כיתות א׳–ב׳) | כיתות ג׳–ד׳ (כיתות ג׳–ד׳) | כיתות ה׳–ו׳ (כיתות ה׳–ו׳) | עולים (עולים חדשים · עם ניקוד) | חנ״מ (חינוך מיוחד · עם ניקוד)</w:t>
            </w:r>
          </w:p>
        </w:tc>
      </w:tr>
      <w:tr>
        <w:tc>
          <w:tcPr>
            <w:tcW w:type="dxa" w:w="5103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מטרות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הרחבת אוצר מילים מתוך סיפור • למידת מילה מהקשר • נרדפות, הפכים ומשפחות מילים (שורשים) • שימוש במילים חדשות בכתיבה</w:t>
            </w:r>
          </w:p>
        </w:tc>
      </w:tr>
      <w:tr>
        <w:tc>
          <w:tcPr>
            <w:tcW w:type="dxa" w:w="5103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מיומנויות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אוצר מילים • שורשים • כתיבה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2B8A3E"/>
          <w:sz w:val="30"/>
          <w:u w:val="none"/>
          <w:rtl/>
          <w:bCs/>
          <w:szCs w:val="30"/>
        </w:rPr>
        <w:t>מהלך מוצע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פתיחה (5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"מה אפשר לגדל על גג?" – מציגים תמונה של גג ירוק.</w:t>
            </w:r>
          </w:p>
        </w:tc>
      </w:tr>
      <w:tr>
        <w:tc>
          <w:tcPr>
            <w:tcW w:type="dxa" w:w="5103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קריאה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קריאת הסיפור וציד מילים מודגשות.</w:t>
            </w:r>
          </w:p>
        </w:tc>
      </w:tr>
      <w:tr>
        <w:tc>
          <w:tcPr>
            <w:tcW w:type="dxa" w:w="5103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משחקי מילים (20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התאמה, נרדפות והפכים, שורשים, תשבץ.</w:t>
            </w:r>
          </w:p>
        </w:tc>
      </w:tr>
      <w:tr>
        <w:tc>
          <w:tcPr>
            <w:tcW w:type="dxa" w:w="5103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כתיבה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משפטים עם מילים חדשות + כרטיס יציאה.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2B8A3E"/>
          <w:sz w:val="30"/>
          <w:u w:val="none"/>
          <w:rtl/>
          <w:bCs/>
          <w:szCs w:val="30"/>
        </w:rPr>
        <w:t>✅ מפתח תשובות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B8A3E"/>
          <w:sz w:val="26"/>
          <w:u w:val="none"/>
          <w:rtl/>
          <w:bCs/>
          <w:szCs w:val="26"/>
        </w:rPr>
        <w:t>כיתות א׳–ב׳ · כיתות א׳–ב׳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זרעים; מים; עגבניות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הסדר הנכון: 1. שותלים זרעים; 2. משקים כל בוקר; 3. יוצאים שתילים; 4. קוטפים ירקות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ציור אישי – לבדוק שהציור מתאים להוראה.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B8A3E"/>
          <w:sz w:val="26"/>
          <w:u w:val="none"/>
          <w:rtl/>
          <w:bCs/>
          <w:szCs w:val="26"/>
        </w:rPr>
        <w:t>כיתות ג׳–ד׳ · כיתות ג׳–ד׳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כי לא היה להם מספיק מים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אדנית ← קופסה ארוכה לשתילת צמחים; זרעים ← מהם צומחים צמחים; להשקות ← לתת מים לצמח; נבטו ← התחילו לצמוח מהזרע; שתיל ← צמח צעיר וקטן; קמל ← נבול, יבש ושמוט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קמל: נבול – רענן/פורח; צמא: צריך מים – רווה; אפור: משעמם/חסר צבע; שמחה: אושר – עצב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ש־ת־ל: שתילה, משתלה; ש־ק־ה: השקיה, משקה, מַשְׁקֶה; ק־ט־ף: קטיף, קוטף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5.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מאוזן: 2. נענע, 4. שרב, 5. תורנות | מאונך: 1. אדנית, 3. זרעים, 4. שתיל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6.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B8A3E"/>
          <w:sz w:val="26"/>
          <w:u w:val="none"/>
          <w:rtl/>
          <w:bCs/>
          <w:szCs w:val="26"/>
        </w:rPr>
        <w:t>כיתות ה׳–ו׳ · כיתות ה׳–ו׳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השמש להטה, חזקה וחמה מאוד; הרמז: "שרב", השתילים קמלו.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משגשג – פורח, מצליח מאוד; טיפחנו – דאגנו וטיפלנו כדי שיצמח.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בהתחלה צחקו, בסוף באו לטעום וביקשו להצטרף – יוזמה והתמדה יכולות לשנות דעות ולסחוף אחרים.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ט־פ־ח: טיפוח; ש־ג־ש־ג: שגשוג; ש־ק־ה: השקיה/משקה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5.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קמל ← פורח; משגשג ← נובל; צמא ← רווה; אפור ← צבעוני; צחקו ← התייחסו ברצינות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6.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מאוזן: 3. שרב, 4. קמלים, 5. תורנות | מאונך: 1. חקלאי, 2. טיפוח, 3. שגשוג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7.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B8A3E"/>
          <w:sz w:val="26"/>
          <w:u w:val="none"/>
          <w:rtl/>
          <w:bCs/>
          <w:szCs w:val="26"/>
        </w:rPr>
        <w:t>עולים · עולים חדשים · עם ניקוד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זרעים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אדניות; משקים; קוטפים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B8A3E"/>
          <w:sz w:val="26"/>
          <w:u w:val="none"/>
          <w:rtl/>
          <w:bCs/>
          <w:szCs w:val="26"/>
        </w:rPr>
        <w:t>חנ״מ · חינוך מיוחד · עם ניקוד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מים 💧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צמח 🌱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ציור אישי – לבדוק שהציור מתאים להוראה.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2B8A3E"/>
          <w:sz w:val="30"/>
          <w:u w:val="none"/>
          <w:rtl/>
          <w:bCs/>
          <w:szCs w:val="30"/>
        </w:rPr>
        <w:t>💡 טיפים להוראה ולהתאמה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הסיפור, הדמויות והפעילויות מקוריים לחלוטין.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חמש גרסאות: א׳–ב׳ (ניקוד), ג׳–ד׳, ה׳–ו׳, עולים (מילון בתמונות + ניקוד), חנ״מ (טקסט קצר מאוד + גזור וסדר).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משחק זיכרון: הדפיסו פעמיים את כרטיסי המילון (גרסת העולים) – זוג = מילה + פירוש.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חיבור לחוסן: בשרב השתילים קמלו – והילדים לא ויתרו, בנו תורנות. שיחה: מה עוזר לנו להמשיך כשקשה?</w:t>
      </w: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B8A3E"/>
          <w:sz w:val="22"/>
          <w:u w:val="none"/>
          <w:rtl/>
          <w:bCs/>
          <w:szCs w:val="22"/>
        </w:rPr>
        <w:t>כיתות א׳–ב׳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B8A3E"/>
          <w:sz w:val="48"/>
          <w:u w:val="none"/>
          <w:rtl/>
          <w:bCs/>
          <w:szCs w:val="48"/>
        </w:rPr>
        <w:t>🌱 אוֹצָר שֶׁל שְׁתִילִים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סִפּוּר קָצָר עִם נִקּוּד + מִלָּה וּתְמוּנָה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2B8A3E"/>
          <w:sz w:val="22"/>
          <w:u w:val="none"/>
          <w:rtl/>
          <w:bCs/>
          <w:szCs w:val="22"/>
        </w:rPr>
        <w:t>כיתות א׳–ב׳ · עם ניקוד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שֵׁם: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 xml:space="preserve">__   כִּתָּה: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_   תַּאֲרִיךְ: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B8A3E"/>
                <w:sz w:val="30"/>
                <w:u w:val="none"/>
                <w:rtl/>
                <w:bCs/>
                <w:szCs w:val="30"/>
              </w:rPr>
              <w:t>חֵלֶק א׳ – קוֹרְאִים סִפּוּר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קִרְאוּ אֶת הַסִּפּוּר.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2B8A3E"/>
          <w:sz w:val="32"/>
          <w:u w:val="none"/>
          <w:rtl/>
          <w:bCs/>
          <w:szCs w:val="32"/>
        </w:rPr>
        <w:t>🌱 הַגִּנָּה עַל הַגַּג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(1) עַל הַגַּג שֶׁל נוֹי הָיָה רַק מִשְׁטָח אָפֹר.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(2) נוֹי וְיוֹסֵף הַשָּׁכֵן הֵבִיאוּ אֲדָמָה וּזְרָעִים.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(3) הֵם שָׁתְלוּ זְרָעִים בַּאֲדָנִיּוֹת.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(4) כָּל בֹּקֶר הַיְּלָדִים הִשְׁקוּ אֶת הַזְּרָעִים.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(5) אַחֲרֵי שָׁבוּעַ יָצְאוּ שְׁתִילִים יְרֻקִּים!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(6) אַחֲרֵי חָדְשַׁיִם קָטְפוּ עַגְבָנִיּוֹת וְהֵכִינוּ סָלָט.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B8A3E"/>
                <w:sz w:val="30"/>
                <w:u w:val="none"/>
                <w:rtl/>
                <w:bCs/>
                <w:szCs w:val="30"/>
              </w:rPr>
              <w:t>חֵלֶק ב׳ – מִלָּה וּתְמוּנָה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גִּזְרוּ אֶת הַכַּרְטִיסִים וְהַתְאִימוּ מִלָּה לִתְמוּנָה.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אֲדָנִית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זְרָעִים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לְהַשְׁקוֹת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נָבְטוּ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שְׁתִיל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🥀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קָמַל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1.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הִשְׁלִימוּ:</w:t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2B8A3E"/>
          <w:sz w:val="26"/>
          <w:u w:val="none"/>
          <w:rtl/>
          <w:bCs/>
          <w:szCs w:val="26"/>
        </w:rPr>
        <w:t>🔤 מַחְסַן מִלִּים:  זְרָעִים   |   מַיִם   |   עַגְבָנִיּוֹת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שׁוֹתְלִים 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בָּאֲדָמָה.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נוֹתְנִים לַצֶּמַח 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>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קָטְפוּ 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אֲדֻמּוֹת.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2.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סִדְרוֹ (1–4):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☐  יוֹצְאִים שְׁתִילִים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☐  קוֹטְפִים יְרָקוֹת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☐  מַשְׁקִים כָּל בֹּקֶר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☐  שׁוֹתְלִים זְרָעִים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B8A3E"/>
                <w:sz w:val="30"/>
                <w:u w:val="none"/>
                <w:rtl/>
                <w:bCs/>
                <w:szCs w:val="30"/>
              </w:rPr>
              <w:t>חֵלֶק ג׳ – הַגִּנָּה שֶׁלִּי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צַיְּרוּ.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3.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צִיְּרוּ מָה הֱיִיתֶם שׁוֹתְלִים בַּגִּנָּה שֶׁלָּכֶם.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  <w:br/>
              <w:br/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B8A3E"/>
                <w:sz w:val="28"/>
                <w:u w:val="none"/>
                <w:rtl/>
                <w:bCs/>
                <w:szCs w:val="28"/>
              </w:rPr>
              <w:t>כַּרְטִיס יְצִיאָה 🌱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מִלָּה חֲדָשָׁה: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😀 🙂 😐 (הִקִּיפוּ)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B8A3E"/>
          <w:sz w:val="22"/>
          <w:u w:val="none"/>
          <w:rtl/>
          <w:bCs/>
          <w:szCs w:val="22"/>
        </w:rPr>
        <w:t>כיתות ג׳–ד׳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B8A3E"/>
          <w:sz w:val="48"/>
          <w:u w:val="none"/>
          <w:rtl/>
          <w:bCs/>
          <w:szCs w:val="48"/>
        </w:rPr>
        <w:t>🌱 אוצר של שתילים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אוצר מילים, נרדפות, הפכים ושורשים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2B8A3E"/>
          <w:sz w:val="22"/>
          <w:u w:val="none"/>
          <w:rtl/>
          <w:bCs/>
          <w:szCs w:val="22"/>
        </w:rPr>
        <w:t>כיתות ג׳–ד׳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B8A3E"/>
                <w:sz w:val="30"/>
                <w:u w:val="none"/>
                <w:rtl/>
                <w:bCs/>
                <w:szCs w:val="30"/>
              </w:rPr>
              <w:t>חלק א׳ – קוראים ומבינים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קראו את הסיפור. המילים המודגשות הן "אוצר המילים" שלנו.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2B8A3E"/>
          <w:sz w:val="32"/>
          <w:u w:val="none"/>
          <w:rtl/>
          <w:bCs/>
          <w:szCs w:val="32"/>
        </w:rPr>
        <w:t>🌱 הגינה על הגג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(1) על הגג של הבניין שבו גרה נוי היה רק משטח אפור וחם, עם כמה דליים ישנים. "חבל," אמרה נוי לשכנים, "יכולנו לגדל כאן ירקות!" כולם צחקו – כולם חוץ מיוסף, השכן מהקומה השלישית, שהיה פעם חקלאי.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(2) ביום שישי עלו נוי, יוסף ושלושה ילדים מהבניין לגג. הם הביאו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אדניות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עץ, שקי אדמה ו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זרעים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של עגבניות, חסה ונענע. יוסף הראה להם איך עושים גומה קטנה באדמה בעזרת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כף שתילה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, מכניסים זרע ומכסים בעדינות.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(3) כל בוקר עלו הילדים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להשקות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. אחרי שבוע ראו נוי ואחיה עידן משהו ירוק מציץ מהאדמה: הזרעים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נבטו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! עידן קפץ משמחה. יוסף חייך: "סבלנות, זה רק ההתחלה".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(4) ואז הגיע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שרב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. השמש קפחה, ובערב מצאו הילדים את ה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שתילים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קמלים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ושמוטים. נוי כמעט בכתה. "הם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צמאים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," הסביר יוסף. "בימים חמים צריך להשקות פעמיים – בבוקר ובערב". הילדים בנו לוח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תורנות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, וכל אחד קיבל משמרת.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(5) אחרי חודשיים הגג כבר לא היה אפור. היו בו עגבניות אדומות, חסה פריכה ונענע ריחנית. בשבת בבוקר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קטפו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הילדים את הירקות והכינו "סלט של כל השכנים". גם השכנים שצחקו בהתחלה באו לטעום – וביקשו להצטרף לתורנות.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למה הזרעים לא הצליחו בזמן השרב?  [הבנה]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(1)  כי לא היה להם מספיק מים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(2)  כי היה קר מדי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(3)  כי ציפורים אכלו אותם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  (4)  כי לא היה אור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התאימו בין המילה לפירוש.  [אוצר מילים]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1. אדנית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קופסה ארוכה לשתילת צמחים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2. זרעים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לתת מים לצמח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3. להשקות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מהם צומחים צמחים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4. נבטו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התחילו לצמוח מהזרע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5. שתיל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צמח צעיר וקטן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6. קמל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נבול, יבש ושמוט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B8A3E"/>
                <w:sz w:val="30"/>
                <w:u w:val="none"/>
                <w:rtl/>
                <w:bCs/>
                <w:szCs w:val="30"/>
              </w:rPr>
              <w:t>חלק ב׳ – משחקים במילים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נרדפות, הפכים ומשפחות מילים.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כתבו מילה נרדפת (דומה) ומילה הפוכה.  [נרדפות והפכים]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המילה</w:t>
            </w:r>
          </w:p>
        </w:tc>
        <w:tc>
          <w:tcPr>
            <w:tcW w:type="dxa" w:w="3402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נרדפת</w:t>
            </w:r>
          </w:p>
        </w:tc>
        <w:tc>
          <w:tcPr>
            <w:tcW w:type="dxa" w:w="3402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הפוכה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קמל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צמא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אפור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—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שמחה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משפחות מילים: כתבו עוד מילה מכל שורש.  [שורשים]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השורש</w:t>
            </w:r>
          </w:p>
        </w:tc>
        <w:tc>
          <w:tcPr>
            <w:tcW w:type="dxa" w:w="3402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מילים מהסיפור</w:t>
            </w:r>
          </w:p>
        </w:tc>
        <w:tc>
          <w:tcPr>
            <w:tcW w:type="dxa" w:w="3402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עוד מילה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ש־ת־ל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שתיל, שתלו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ש־ק־ה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להשקות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ק־ט־ף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קטפו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5.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פתרו את התשבץ.  [תשבץ]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</w:tblGrid>
      <w:tr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1</w:t>
            </w:r>
          </w:p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</w:tr>
      <w:tr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</w:tr>
      <w:tr>
        <w:tc>
          <w:tcPr>
            <w:tcW w:type="dxa" w:w="102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2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02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02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</w:tr>
      <w:tr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3</w:t>
            </w:r>
          </w:p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4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021"/>
          </w:tcPr>
          <w:p>
            <w:pPr>
              <w:bidi/>
              <w:spacing w:after="40"/>
              <w:jc w:val="right"/>
            </w:pPr>
          </w:p>
        </w:tc>
      </w:tr>
      <w:tr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5</w:t>
            </w:r>
          </w:p>
        </w:tc>
        <w:tc>
          <w:tcPr>
            <w:tcW w:type="dxa" w:w="102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02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02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02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02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</w:tr>
      <w:tr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</w:tr>
      <w:tr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</w:tr>
      <w:tr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  <w:tc>
          <w:tcPr>
            <w:tcW w:type="dxa" w:w="1021"/>
            <w:shd w:val="clear" w:color="auto" w:fill="333333"/>
          </w:tcPr>
          <w:p/>
        </w:tc>
      </w:tr>
    </w:tbl>
    <w:p>
      <w:pPr>
        <w:bidi/>
        <w:spacing w:after="80" w:before="0"/>
        <w:jc w:val="right"/>
      </w:pP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B8A3E"/>
          <w:sz w:val="24"/>
          <w:u w:val="none"/>
          <w:rtl/>
          <w:bCs/>
          <w:szCs w:val="24"/>
        </w:rPr>
        <w:t>מאוזן ←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2. צמח ריחני ששתלו (4)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4. מזג אוויר חם ויבש מאוד (3)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5. לוח של משמרות (6)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B8A3E"/>
          <w:sz w:val="24"/>
          <w:u w:val="none"/>
          <w:rtl/>
          <w:bCs/>
          <w:szCs w:val="24"/>
        </w:rPr>
        <w:t>מאונך ↓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1. קופסה לשתילה (5)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3. מהם צומחים צמחים (5)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4. צמח צעיר (4)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B8A3E"/>
                <w:sz w:val="30"/>
                <w:u w:val="none"/>
                <w:rtl/>
                <w:bCs/>
                <w:szCs w:val="30"/>
              </w:rPr>
              <w:t>חלק ג׳ – כותבים עם מילים חדשות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משפטים משלכם.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6.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כתבו שלושה משפטים על גינה (או על הכיתה) עם שלוש מילים מאוצר המילים. מתחו קו מתחת למילים.  [כתיבה]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B8A3E"/>
                <w:sz w:val="28"/>
                <w:u w:val="none"/>
                <w:rtl/>
                <w:bCs/>
                <w:szCs w:val="28"/>
              </w:rPr>
              <w:t>כרטיס יציאה 🌱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מילה חדשה ופירושה: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משפחת מילים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B8A3E"/>
          <w:sz w:val="22"/>
          <w:u w:val="none"/>
          <w:rtl/>
          <w:bCs/>
          <w:szCs w:val="22"/>
        </w:rPr>
        <w:t>כיתות ה׳–ו׳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B8A3E"/>
          <w:sz w:val="48"/>
          <w:u w:val="none"/>
          <w:rtl/>
          <w:bCs/>
          <w:szCs w:val="48"/>
        </w:rPr>
        <w:t>🌱 אוצר של שתילים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מילה מהקשר, שורשים, תשבץ וכתיבה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2B8A3E"/>
          <w:sz w:val="22"/>
          <w:u w:val="none"/>
          <w:rtl/>
          <w:bCs/>
          <w:szCs w:val="22"/>
        </w:rPr>
        <w:t>כיתות ה׳–ו׳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B8A3E"/>
                <w:sz w:val="30"/>
                <w:u w:val="none"/>
                <w:rtl/>
                <w:bCs/>
                <w:szCs w:val="30"/>
              </w:rPr>
              <w:t>חלק א׳ – קריאה ופירוש מההקשר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קראו. נסו להבין מילים חדשות מתוך המשפט שסביבן.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2B8A3E"/>
          <w:sz w:val="32"/>
          <w:u w:val="none"/>
          <w:rtl/>
          <w:bCs/>
          <w:szCs w:val="32"/>
        </w:rPr>
        <w:t>🌱 הגינה על הגג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>(1) על הגג של הבניין שבו גרה נוי היה רק משטח אפור וחם, עם כמה דליים ישנים. "חבל," אמרה נוי לשכנים, "יכולנו לגדל כאן ירקות!" כולם צחקו – כולם חוץ מיוסף, השכן מהקומה השלישית, שהיה פעם חקלאי.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(2) ביום שישי עלו נוי, יוסף ושלושה ילדים מהבניין לגג. הם הביאו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אדניות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עץ, שקי אדמה ו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זרעים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של עגבניות, חסה ונענע. יוסף הראה להם איך עושים גומה קטנה באדמה בעזרת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כף שתילה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, מכניסים זרע ומכסים בעדינות.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(3) כל בוקר עלו הילדים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להשקות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. אחרי שבוע ראו נוי ואחיה עידן משהו ירוק מציץ מהאדמה: הזרעים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נבטו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! עידן קפץ משמחה. יוסף חייך: "סבלנות, זה רק ההתחלה".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(4) ואז הגיע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שרב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. השמש קפחה, ובערב מצאו הילדים את ה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שתילים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קמלים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ושמוטים. נוי כמעט בכתה. "הם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צמאים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," הסביר יוסף. "בימים חמים צריך להשקות פעמיים – בבוקר ובערב". הילדים בנו לוח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תורנות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, וכל אחד קיבל משמרת.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(5) אחרי חודשיים הגג כבר לא היה אפור. היו בו עגבניות אדומות, חסה פריכה ונענע ריחנית. בשבת בבוקר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קטפו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הילדים את הירקות והכינו "סלט של כל השכנים". גם השכנים שצחקו בהתחלה באו לטעום – וביקשו להצטרף לתורנות. "הגג שלנו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משגשג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," אמרה נוי בגאווה. "כי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טיפחנו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אותו יחד," ענה יוסף.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הסבירו מתוך ההקשר: מה פירוש "השמש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קפחה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"? איזה רמז במשפט עזר לכם?  [הבנה מהקשר]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מה פירוש "משגשג" ו"טיפחנו"?  [אוצר מילים]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המילה</w:t>
            </w:r>
          </w:p>
        </w:tc>
        <w:tc>
          <w:tcPr>
            <w:tcW w:type="dxa" w:w="3402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פירוש</w:t>
            </w:r>
          </w:p>
        </w:tc>
        <w:tc>
          <w:tcPr>
            <w:tcW w:type="dxa" w:w="3402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משפט משלכם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משגשג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טיפחנו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איך השתנו השכנים שצחקו בהתחלה? מה זה מלמד?  [מסר]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B8A3E"/>
                <w:sz w:val="30"/>
                <w:u w:val="none"/>
                <w:rtl/>
                <w:bCs/>
                <w:szCs w:val="30"/>
              </w:rPr>
              <w:t>חלק ב׳ – שורשים ובניינים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אותו שורש – משמעויות שונות.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השלימו את הטבלה.  [שורשים]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שורש</w:t>
            </w:r>
          </w:p>
        </w:tc>
        <w:tc>
          <w:tcPr>
            <w:tcW w:type="dxa" w:w="2551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פועל</w:t>
            </w:r>
          </w:p>
        </w:tc>
        <w:tc>
          <w:tcPr>
            <w:tcW w:type="dxa" w:w="2551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שם עצם</w:t>
            </w:r>
          </w:p>
        </w:tc>
        <w:tc>
          <w:tcPr>
            <w:tcW w:type="dxa" w:w="2551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משפט</w:t>
            </w:r>
          </w:p>
        </w:tc>
      </w:tr>
      <w:tr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ט־פ־ח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טיפח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ש־ג־ש־ג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שגשג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ש־ק־ה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השקה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5.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נרדפות והפכים: התאימו לכל מילה את ההפך שלה.  [הפכים]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1. קמל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נובל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2. משגשג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פורח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3. צמא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רווה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4. אפור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צבעוני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5. צחקו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התייחסו ברצינות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6.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פתרו את התשבץ.  [תשבץ]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c>
          <w:tcPr>
            <w:tcW w:type="dxa" w:w="113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1</w:t>
            </w:r>
          </w:p>
        </w:tc>
        <w:tc>
          <w:tcPr>
            <w:tcW w:type="dxa" w:w="1134"/>
            <w:shd w:val="clear" w:color="auto" w:fill="333333"/>
          </w:tcPr>
          <w:p/>
        </w:tc>
        <w:tc>
          <w:tcPr>
            <w:tcW w:type="dxa" w:w="1134"/>
            <w:shd w:val="clear" w:color="auto" w:fill="333333"/>
          </w:tcPr>
          <w:p/>
        </w:tc>
        <w:tc>
          <w:tcPr>
            <w:tcW w:type="dxa" w:w="113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2</w:t>
            </w:r>
          </w:p>
        </w:tc>
        <w:tc>
          <w:tcPr>
            <w:tcW w:type="dxa" w:w="1134"/>
            <w:shd w:val="clear" w:color="auto" w:fill="333333"/>
          </w:tcPr>
          <w:p/>
        </w:tc>
        <w:tc>
          <w:tcPr>
            <w:tcW w:type="dxa" w:w="1134"/>
            <w:shd w:val="clear" w:color="auto" w:fill="333333"/>
          </w:tcPr>
          <w:p/>
        </w:tc>
        <w:tc>
          <w:tcPr>
            <w:tcW w:type="dxa" w:w="113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3</w:t>
            </w:r>
          </w:p>
        </w:tc>
        <w:tc>
          <w:tcPr>
            <w:tcW w:type="dxa" w:w="1134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40"/>
              <w:jc w:val="right"/>
            </w:pPr>
          </w:p>
        </w:tc>
      </w:tr>
      <w:tr>
        <w:tc>
          <w:tcPr>
            <w:tcW w:type="dxa" w:w="113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4</w:t>
            </w:r>
          </w:p>
        </w:tc>
        <w:tc>
          <w:tcPr>
            <w:tcW w:type="dxa" w:w="1134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134"/>
            <w:shd w:val="clear" w:color="auto" w:fill="333333"/>
          </w:tcPr>
          <w:p/>
        </w:tc>
        <w:tc>
          <w:tcPr>
            <w:tcW w:type="dxa" w:w="1134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134"/>
            <w:shd w:val="clear" w:color="auto" w:fill="333333"/>
          </w:tcPr>
          <w:p/>
        </w:tc>
        <w:tc>
          <w:tcPr>
            <w:tcW w:type="dxa" w:w="1134"/>
            <w:shd w:val="clear" w:color="auto" w:fill="333333"/>
          </w:tcPr>
          <w:p/>
        </w:tc>
      </w:tr>
      <w:tr>
        <w:tc>
          <w:tcPr>
            <w:tcW w:type="dxa" w:w="1134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134"/>
            <w:shd w:val="clear" w:color="auto" w:fill="333333"/>
          </w:tcPr>
          <w:p/>
        </w:tc>
        <w:tc>
          <w:tcPr>
            <w:tcW w:type="dxa" w:w="1134"/>
            <w:shd w:val="clear" w:color="auto" w:fill="333333"/>
          </w:tcPr>
          <w:p/>
        </w:tc>
        <w:tc>
          <w:tcPr>
            <w:tcW w:type="dxa" w:w="1134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134"/>
            <w:shd w:val="clear" w:color="auto" w:fill="333333"/>
          </w:tcPr>
          <w:p/>
        </w:tc>
        <w:tc>
          <w:tcPr>
            <w:tcW w:type="dxa" w:w="1134"/>
            <w:shd w:val="clear" w:color="auto" w:fill="333333"/>
          </w:tcPr>
          <w:p/>
        </w:tc>
        <w:tc>
          <w:tcPr>
            <w:tcW w:type="dxa" w:w="1134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134"/>
            <w:shd w:val="clear" w:color="auto" w:fill="333333"/>
          </w:tcPr>
          <w:p/>
        </w:tc>
        <w:tc>
          <w:tcPr>
            <w:tcW w:type="dxa" w:w="1134"/>
            <w:shd w:val="clear" w:color="auto" w:fill="333333"/>
          </w:tcPr>
          <w:p/>
        </w:tc>
      </w:tr>
      <w:tr>
        <w:tc>
          <w:tcPr>
            <w:tcW w:type="dxa" w:w="1134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134"/>
            <w:shd w:val="clear" w:color="auto" w:fill="333333"/>
          </w:tcPr>
          <w:p/>
        </w:tc>
        <w:tc>
          <w:tcPr>
            <w:tcW w:type="dxa" w:w="1134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5</w:t>
            </w:r>
          </w:p>
        </w:tc>
        <w:tc>
          <w:tcPr>
            <w:tcW w:type="dxa" w:w="1134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134"/>
            <w:shd w:val="clear" w:color="auto" w:fill="333333"/>
          </w:tcPr>
          <w:p/>
        </w:tc>
      </w:tr>
      <w:tr>
        <w:tc>
          <w:tcPr>
            <w:tcW w:type="dxa" w:w="1134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134"/>
            <w:shd w:val="clear" w:color="auto" w:fill="333333"/>
          </w:tcPr>
          <w:p/>
        </w:tc>
        <w:tc>
          <w:tcPr>
            <w:tcW w:type="dxa" w:w="1134"/>
            <w:shd w:val="clear" w:color="auto" w:fill="333333"/>
          </w:tcPr>
          <w:p/>
        </w:tc>
        <w:tc>
          <w:tcPr>
            <w:tcW w:type="dxa" w:w="1134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134"/>
            <w:shd w:val="clear" w:color="auto" w:fill="333333"/>
          </w:tcPr>
          <w:p/>
        </w:tc>
        <w:tc>
          <w:tcPr>
            <w:tcW w:type="dxa" w:w="1134"/>
            <w:shd w:val="clear" w:color="auto" w:fill="333333"/>
          </w:tcPr>
          <w:p/>
        </w:tc>
        <w:tc>
          <w:tcPr>
            <w:tcW w:type="dxa" w:w="1134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134"/>
            <w:shd w:val="clear" w:color="auto" w:fill="333333"/>
          </w:tcPr>
          <w:p/>
        </w:tc>
        <w:tc>
          <w:tcPr>
            <w:tcW w:type="dxa" w:w="1134"/>
            <w:shd w:val="clear" w:color="auto" w:fill="333333"/>
          </w:tcPr>
          <w:p/>
        </w:tc>
      </w:tr>
    </w:tbl>
    <w:p>
      <w:pPr>
        <w:bidi/>
        <w:spacing w:after="80" w:before="0"/>
        <w:jc w:val="right"/>
      </w:pP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B8A3E"/>
          <w:sz w:val="24"/>
          <w:u w:val="none"/>
          <w:rtl/>
          <w:bCs/>
          <w:szCs w:val="24"/>
        </w:rPr>
        <w:t>מאוזן ←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3. חום כבד ויבש (3)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4. שתילים בלי מים, שמוטים (5)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5. חלוקת משמרות (6)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B8A3E"/>
          <w:sz w:val="24"/>
          <w:u w:val="none"/>
          <w:rtl/>
          <w:bCs/>
          <w:szCs w:val="24"/>
        </w:rPr>
        <w:t>מאונך ↓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1. מה שיוסף היה פעם (5)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2. דאגה וטיפול (5)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3. הצלחה ופריחה גדולה (5)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B8A3E"/>
                <w:sz w:val="30"/>
                <w:u w:val="none"/>
                <w:rtl/>
                <w:bCs/>
                <w:szCs w:val="30"/>
              </w:rPr>
              <w:t>חלק ג׳ – כתיבה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פסקה עם אוצר מילים עשיר.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7.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כתבו פסקה (6–8 שורות) על פרויקט שהייתם רוצים להתחיל בבית הספר. שלבו לפחות חמש מילים מהסיפור (טיפוח, תורנות, משגשג, יוזמה...).  [כתיבה]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B8A3E"/>
                <w:sz w:val="28"/>
                <w:u w:val="none"/>
                <w:rtl/>
                <w:bCs/>
                <w:szCs w:val="28"/>
              </w:rPr>
              <w:t>כרטיס יציאה 🌱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מילה שלמדתי מההקשר: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שורש ומילה ממנו: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B8A3E"/>
          <w:sz w:val="22"/>
          <w:u w:val="none"/>
          <w:rtl/>
          <w:bCs/>
          <w:szCs w:val="22"/>
        </w:rPr>
        <w:t>עולים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B8A3E"/>
          <w:sz w:val="48"/>
          <w:u w:val="none"/>
          <w:rtl/>
          <w:bCs/>
          <w:szCs w:val="48"/>
        </w:rPr>
        <w:t>🌱 אוֹצָר שֶׁל שְׁתִילִים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מִלּוֹן בִּתְמוּנוֹת + סִפּוּר קַל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2B8A3E"/>
          <w:sz w:val="22"/>
          <w:u w:val="none"/>
          <w:rtl/>
          <w:bCs/>
          <w:szCs w:val="22"/>
        </w:rPr>
        <w:t>עולים חדשים · עם ניקוד · עם ניקוד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שֵׁם: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 xml:space="preserve">__   כִּתָּה: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_   תַּאֲרִיךְ: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B8A3E"/>
                <w:sz w:val="30"/>
                <w:u w:val="none"/>
                <w:rtl/>
                <w:bCs/>
                <w:szCs w:val="30"/>
              </w:rPr>
              <w:t>חֵלֶק א׳ – מִלּוֹן בִּתְמוּנוֹת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קִרְאוּ אֶת הַמִּלִּים. גִּזְרוּ וְשַׂחֲקוּ בְּזִכָּרוֹן.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אֲדָנִית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קֻפְסָה אֲרֻכָּה לִשְׁתִילַת צְמָחִים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זְרָעִים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מֵהֶם צוֹמְחִים צְמָחִים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לְהַשְׁקוֹת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לָתֵת מַיִם לַצֶּמַח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נָבְטוּ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הִתְחִילוּ לִצְמֹחַ מֵהַזֶּרַע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🌿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שְׁתִיל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צֶמַח צָעִיר וְקָטָן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🥀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קָמַל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נָבוּל, יָבֵשׁ וְשָׁמוּט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תּוֹרָנוּת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חֲלֻקַּת תַּפְקִידִים לְפִי תּוֹר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🍅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קָטְפוּ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הוֹרִידוּ פְּרִי אוֹ יָרָק מֵהַצֶּמַח</w:t>
            </w:r>
          </w:p>
        </w:tc>
        <w:tc>
          <w:tcPr>
            <w:tcW w:type="dxa" w:w="3402"/>
          </w:tcPr>
          <w:p/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B8A3E"/>
                <w:sz w:val="30"/>
                <w:u w:val="none"/>
                <w:rtl/>
                <w:bCs/>
                <w:szCs w:val="30"/>
              </w:rPr>
              <w:t>חֵלֶק ב׳ – סִפּוּר קָצָר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קִרְאוּ.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2B8A3E"/>
          <w:sz w:val="32"/>
          <w:u w:val="none"/>
          <w:rtl/>
          <w:bCs/>
          <w:szCs w:val="32"/>
        </w:rPr>
        <w:t>🌱 הַגִּנָּה עַל הַגַּג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(1) נוֹי גָּרָה בְּבִנְיָן גָּבוֹהַּ.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(2) עַל הַגַּג אֵין צְמָחִים.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(3) נוֹי וְיוֹסֵף שׁוֹתְלִים זְרָעִים בַּאֲדָנִיּוֹת.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(4) בְּכָל בֹּקֶר הֵם מַשְׁקִים.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(5) הַשְּׁתִילִים גְּדֵלִים.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(6) בַּסּוֹף הֵם קוֹטְפִים עַגְבָנִיּוֹת.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1.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מָה שׁוֹתְלִים נוֹי וְיוֹסֵף?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(1)  זְרָעִים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(2)  אֲבָנִים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(3)  סְפָרִים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2.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הִשְׁלִימוּ בְּעֶזְרַת הַמִּלּוֹן:</w:t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2B8A3E"/>
          <w:sz w:val="26"/>
          <w:u w:val="none"/>
          <w:rtl/>
          <w:bCs/>
          <w:szCs w:val="26"/>
        </w:rPr>
        <w:t>🔤 מַחְסַן מִלִּים:  מְשָׁקִים   |   קוֹטְפִים   |   אֲדָנִיּוֹת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שׁוֹתְלִים זְרָעִים ב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>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בְּכָל בֹּקֶר 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אֶת הַצְּמָחִים.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בַּסּוֹף 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עַגְבָנִיּוֹת.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B8A3E"/>
                <w:sz w:val="30"/>
                <w:u w:val="none"/>
                <w:rtl/>
                <w:bCs/>
                <w:szCs w:val="30"/>
              </w:rPr>
              <w:t>חֵלֶק ג׳ – אֲנִי מְדַבֵּר/ת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הַשְׁלִימוּ אֶת הַמִּשְׁפָּט עַל עַצְמְכֶם.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3.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כָּתְבוּ: "אֲנִי אוֹהֵב/ת לֶאֱכֹל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 xml:space="preserve">_." "בַּגִּנָּה שֶׁלִּי אֲנִי שׁוֹתֵל/ת 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>_."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B8A3E"/>
                <w:sz w:val="28"/>
                <w:u w:val="none"/>
                <w:rtl/>
                <w:bCs/>
                <w:szCs w:val="28"/>
              </w:rPr>
              <w:t>כַּרְטִיס יְצִיאָה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מִלָּה חֲדָשָׁה בְּעִבְרִית: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הַמִּלָּה בַּשָּׂפָה שֶׁלִּי: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B8A3E"/>
          <w:sz w:val="22"/>
          <w:u w:val="none"/>
          <w:rtl/>
          <w:bCs/>
          <w:szCs w:val="22"/>
        </w:rPr>
        <w:t>חנ״מ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B8A3E"/>
          <w:sz w:val="48"/>
          <w:u w:val="none"/>
          <w:rtl/>
          <w:bCs/>
          <w:szCs w:val="48"/>
        </w:rPr>
        <w:t>🌱 הַגִּנָּה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4 מִשְׁפָּטִים + גְּזֹר וָסֵדֶר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2B8A3E"/>
          <w:sz w:val="22"/>
          <w:u w:val="none"/>
          <w:rtl/>
          <w:bCs/>
          <w:szCs w:val="22"/>
        </w:rPr>
        <w:t>חינוך מיוחד · עם ניקוד · עם ניקוד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שֵׁם: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 xml:space="preserve">__   כִּתָּה: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_   תַּאֲרִיךְ: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B8A3E"/>
                <w:sz w:val="30"/>
                <w:u w:val="none"/>
                <w:rtl/>
                <w:bCs/>
                <w:szCs w:val="30"/>
              </w:rPr>
              <w:t>חֵלֶק א׳ – קוֹרְאִים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קִרְאוּ.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2B8A3E"/>
          <w:sz w:val="32"/>
          <w:u w:val="none"/>
          <w:rtl/>
          <w:bCs/>
          <w:szCs w:val="32"/>
        </w:rPr>
        <w:t>🌱 הַגִּנָּה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(1) שָׂמִים זֶרַע בָּאֲדָמָה. 🌰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(2) נוֹתְנִים מַיִם. 💧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(3) יוֹצֵא צֶמַח. 🌱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(4) קוֹטְפִים עַגְבָנִיָּה. 🍅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1.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מָה נוֹתְנִים לַצֶּמַח?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(1)  מַיִם 💧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(2)  חוֹל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(3)  נַעֲלַיִם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2.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מָה יוֹצֵא מֵהַזֶּרַע?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(1)  צֶמַח 🌱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(2)  דָּג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(3)  כַּדּוּר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9f7ec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B8A3E"/>
                <w:sz w:val="30"/>
                <w:u w:val="none"/>
                <w:rtl/>
                <w:bCs/>
                <w:szCs w:val="30"/>
              </w:rPr>
              <w:t>חֵלֶק ב׳ – גּוֹזְרִים וּמַדְבִּיקִים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גִּזְרוּ וְסַדְּרוּ.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1 🌰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זֶרַע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2 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מַיִם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3 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צֶמַח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4 🍅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עַגְבָנִיָּה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3.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צִבְעוֹ אֶת הָעַגְבָנִיָּה בְּאָדֹם וְאֶת הֶעָלִים בְּיָרֹק. צִיְּרוּ אֶת הַגִּנָּה.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  <w:br/>
              <w:br/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B8A3E"/>
                <w:sz w:val="28"/>
                <w:u w:val="none"/>
                <w:rtl/>
                <w:bCs/>
                <w:szCs w:val="28"/>
              </w:rPr>
              <w:t>כַּרְטִיס יְצִיאָה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😀 🙂 😐 (הִקִּיפוּ)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80" w:before="0"/>
        <w:jc w:val="right"/>
      </w:pP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color w:val="666666"/>
          <w:sz w:val="20"/>
          <w:u w:val="none"/>
          <w:rtl/>
          <w:szCs w:val="20"/>
        </w:rPr>
        <w:t>יצרה: רוית ראש בן ישי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/>
        <w:b w:val="0"/>
        <w:color w:val="666666"/>
        <w:sz w:val="18"/>
        <w:u w:val="none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